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CV Allemand – Modèle (FR/DE)</w:t>
      </w:r>
    </w:p>
    <w:p>
      <w:r>
        <w:t xml:space="preserve">Remarque : Ce modèle suit les attentes courantes en Allemagne. </w:t>
      </w:r>
      <w:r>
        <w:rPr>
          <w:b/>
        </w:rPr>
        <w:t xml:space="preserve">À personnaliser selon ton profil. </w:t>
      </w:r>
    </w:p>
    <w:p>
      <w:r>
        <w:t>Hinweis (DE) : Bitte passe alle Felder an dein Profil an.</w:t>
      </w:r>
    </w:p>
    <w:p>
      <w:pPr>
        <w:pStyle w:val="Heading1"/>
      </w:pPr>
      <w:r>
        <w:t>1. Coordonnées / Kontaktdaten</w:t>
      </w:r>
    </w:p>
    <w:p>
      <w:r>
        <w:t>Nom, Prénom | Adresse | Téléphone | E‑mail | Lien (LinkedIn, Portfolio)</w:t>
      </w:r>
    </w:p>
    <w:p>
      <w:r>
        <w:t>Name, Vorname | Adresse | Telefon | E‑Mail | Link (LinkedIn, Portfolio)</w:t>
      </w:r>
    </w:p>
    <w:p>
      <w:pPr>
        <w:pStyle w:val="Heading1"/>
      </w:pPr>
      <w:r>
        <w:t>2. Objectif / Profil</w:t>
      </w:r>
    </w:p>
    <w:p>
      <w:r>
        <w:t>Ex. : Candidat motivé pour une Ausbildung als ... (spécialité), avec base A2/B1.</w:t>
      </w:r>
    </w:p>
    <w:p>
      <w:r>
        <w:t>Beispiel: Motivierter Bewerber für eine Ausbildung als ..., mit Deutsch A2/B1.</w:t>
      </w:r>
    </w:p>
    <w:p>
      <w:pPr>
        <w:pStyle w:val="Heading1"/>
      </w:pPr>
      <w:r>
        <w:t>3. Expériences / Berufserfahrung</w:t>
      </w:r>
    </w:p>
    <w:p>
      <w:r>
        <w:t>Entrée la plus récente en premier (antichronologique). Indique poste, entreprise, ville, dates, missions clés.</w:t>
      </w:r>
    </w:p>
    <w:p>
      <w:r>
        <w:t>Neueste Station zuerst. Position, Unternehmen, Ort, Daten, Aufgaben in Stichpunkten.</w:t>
      </w:r>
    </w:p>
    <w:p>
      <w:pPr>
        <w:pStyle w:val="Heading1"/>
      </w:pPr>
      <w:r>
        <w:t>4. Formation / Ausbildung</w:t>
      </w:r>
    </w:p>
    <w:p>
      <w:r>
        <w:t>Diplômes, écoles, lieux, dates. Mentionne les matières/notes pertinentes si utile.</w:t>
      </w:r>
    </w:p>
    <w:p>
      <w:r>
        <w:t>Abschlüsse, Schulen, Orte, Daten. Relevante Schwerpunkte/Noten bei Bedarf.</w:t>
      </w:r>
    </w:p>
    <w:p>
      <w:pPr>
        <w:pStyle w:val="Heading1"/>
      </w:pPr>
      <w:r>
        <w:t>5. Compétences / Kenntnisse</w:t>
      </w:r>
    </w:p>
    <w:p>
      <w:r>
        <w:t>Langues (DE A2/B1), informatique (Word, Excel), autres compétences liées au métier visé.</w:t>
      </w:r>
    </w:p>
    <w:p>
      <w:pPr>
        <w:pStyle w:val="Heading1"/>
      </w:pPr>
      <w:r>
        <w:t>6. Références (facultatif) / Referenzen (optional)</w:t>
      </w:r>
    </w:p>
    <w:p>
      <w:r>
        <w:t>Disponibles sur demande. / Auf Anfrage erhältlich.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