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Bewerbungsschreiben – Muster</w:t>
      </w:r>
    </w:p>
    <w:p>
      <w:r>
        <w:t>Ort, Datum</w:t>
      </w:r>
    </w:p>
    <w:p>
      <w:r>
        <w:t>Unternehmen XY</w:t>
        <w:br/>
        <w:t>Abteilung Personal</w:t>
        <w:br/>
        <w:t>Adresse</w:t>
        <w:br/>
        <w:t>PLZ Ort</w:t>
      </w:r>
    </w:p>
    <w:p>
      <w:r>
        <w:t>Betreff: Bewerbung um einen Ausbildungsplatz als [Beruf]</w:t>
      </w:r>
    </w:p>
    <w:p>
      <w:r>
        <w:t>Sehr geehrte Damen und Herren,</w:t>
      </w:r>
    </w:p>
    <w:p>
      <w:r>
        <w:t>hiermit bewerbe ich mich um einen Ausbildungsplatz als [Beruf] in Ihrem Unternehmen. Zurzeit besitze ich ein Deutschniveau A2/B1 und erweitere meine Sprachkenntnisse kontinuierlich.</w:t>
      </w:r>
    </w:p>
    <w:p>
      <w:r>
        <w:t>Während meiner bisherigen schulischen und praktischen Erfahrungen konnte ich bereits [relevante Kenntnisse/Fähigkeiten] entwickeln. Besonders interessiert mich an Ihrem Unternehmen, dass [kurze Motivation/Firmenbezug].</w:t>
      </w:r>
    </w:p>
    <w:p>
      <w:r>
        <w:t>Über die Möglichkeit, mich Ihnen in einem persönlichen Gespräch vorzustellen, freue ich mich sehr. Für weitere Fragen stehe ich Ihnen jederzeit zur Verfügung.</w:t>
      </w:r>
    </w:p>
    <w:p>
      <w:r>
        <w:t>Mit freundlichen Grüßen</w:t>
        <w:br/>
        <w:br/>
        <w:t>(Unterschrift)</w:t>
        <w:br/>
        <w:br/>
        <w:t>Vorname Nachname</w:t>
        <w:br/>
        <w:t>Adresse</w:t>
        <w:br/>
        <w:t>Telefon | E-Mail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